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6C66"/>
          <w:sz w:val="22"/>
        </w:rPr>
        <w:t>YouExam · Concept Note</w:t>
      </w:r>
    </w:p>
    <w:p>
      <w:pPr>
        <w:pStyle w:val="Title"/>
      </w:pPr>
      <w:r>
        <w:rPr/>
        <w:t>Іспит поруч, навіть якщо університет далеко</w:t>
      </w:r>
    </w:p>
    <w:p>
      <w:r>
        <w:rPr>
          <w:color w:val="53666D"/>
          <w:sz w:val="18"/>
        </w:rPr>
        <w:t>Етап: TRL 3, proof of concept у розробці · 28 вересня 2026 · YouExam — робоча назва</w:t>
      </w:r>
    </w:p>
    <w:p>
      <w:pPr>
        <w:spacing w:after="120"/>
      </w:pPr>
      <w:r>
        <w:rPr>
          <w:sz w:val="23"/>
        </w:rPr>
        <w:t>YouExam — мережа обладнаних місць для університетських іспитів поруч зі студентом: у бібліотеках, університетах і коворкінгах. Дві зовнішні камери та комп’ютерний зір дають контроль, близький до аудиторії, без наглядача біля кожного студента.</w:t>
      </w:r>
    </w:p>
    <w:p>
      <w:pPr>
        <w:pStyle w:val="Heading1"/>
      </w:pPr>
      <w:r>
        <w:rPr/>
        <w:t>1. Проблема</w:t>
      </w:r>
    </w:p>
    <w:p>
      <w:r>
        <w:rPr/>
        <w:t>Через війну багато українських студентів навчаються дистанційно й живуть далеко від свого університету. Приїхати на іспит довго, дорого, а часом небезпечно.</w:t>
      </w:r>
    </w:p>
    <w:p>
      <w:r>
        <w:rPr/>
        <w:t>Онлайн-іспит удома погано захищений від списування. Камера ноутбука бачить лише обличчя. Телефон, конспект чи людина з підказками залишаються поза кадром. Відповідь може згенерувати ШІ на іншому пристрої.</w:t>
      </w:r>
    </w:p>
    <w:p>
      <w:r>
        <w:rPr/>
        <w:t>Через це університет не може бути певен, що оцінка відображає знання студента.</w:t>
      </w:r>
    </w:p>
    <w:p>
      <w:pPr>
        <w:pStyle w:val="Heading1"/>
      </w:pPr>
      <w:r>
        <w:rPr/>
        <w:t>2. Для кого</w:t>
      </w:r>
    </w:p>
    <w:p>
      <w:pPr>
        <w:pStyle w:val="ListBullet"/>
        <w:spacing w:after="40"/>
      </w:pPr>
      <w:r>
        <w:rPr>
          <w:b/>
        </w:rPr>
        <w:t>Університети</w:t>
      </w:r>
      <w:r>
        <w:rPr/>
        <w:t xml:space="preserve"> — замовники. Отримують надійні результати іспитів без поїздок студентів.</w:t>
      </w:r>
    </w:p>
    <w:p>
      <w:pPr>
        <w:pStyle w:val="ListBullet"/>
        <w:spacing w:after="40"/>
      </w:pPr>
      <w:r>
        <w:rPr>
          <w:b/>
        </w:rPr>
        <w:t>Студенти</w:t>
      </w:r>
      <w:r>
        <w:rPr/>
        <w:t xml:space="preserve"> — користувачі. Складають іспит поблизу, у зручний час, без власного обладнання.</w:t>
      </w:r>
    </w:p>
    <w:p>
      <w:pPr>
        <w:pStyle w:val="ListBullet"/>
        <w:spacing w:after="40"/>
      </w:pPr>
      <w:r>
        <w:rPr>
          <w:b/>
        </w:rPr>
        <w:t>Локації</w:t>
      </w:r>
      <w:r>
        <w:rPr/>
        <w:t xml:space="preserve"> — партнери: бібліотеки, університети, коворкінги. Надають місце для станцій.</w:t>
      </w:r>
    </w:p>
    <w:p>
      <w:pPr>
        <w:pStyle w:val="Heading1"/>
      </w:pPr>
      <w:r>
        <w:rPr/>
        <w:t>3. Наявні рішення: дві крайнощі</w:t>
      </w:r>
    </w:p>
    <w:p>
      <w:r>
        <w:rPr/>
        <w:t>Зараз університет обирає між двома варіантами. Іспит в аудиторії або тестовому центрі (як IELTS) дає високий контроль. Але для нього потрібні наглядачі й приміщення, а студенту треба їхати. Онлайн-іспит удома дешевий і доступний, проте контроль у ньому слабкий.</w:t>
      </w:r>
    </w:p>
    <w:p>
      <w:r>
        <w:rPr/>
        <w:t>YouExam займає нішу між ними: контроль, близький до аудиторії, і доступність, близька до онлайн-формату.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263999" cy="2783721"/>
            <wp:docPr id="1" name="Picture 1" descr="Порівняння трьох варіантів. Аудиторія або тестовий центр: контроль високий, доступність низька, витрати високі. Онлайн-іспит удома: контроль низький, доступність максимальна, витрати мінімальні. YouExam: контроль високий, доступність висока, витрати помірні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7837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/>
        <w:t>Рисунок 1: Три варіанти іспиту. Рівні — наша якісна оцінка, а не виміряні дані.</w:t>
      </w:r>
    </w:p>
    <w:p>
      <w:pPr>
        <w:pStyle w:val="Heading1"/>
      </w:pPr>
      <w:r>
        <w:rPr/>
        <w:t>4. Рішення</w:t>
      </w:r>
    </w:p>
    <w:p>
      <w:r>
        <w:rPr/>
        <w:t>YouExam розміщує станції для іспитів у партнерських приміщеннях. Кожна станція має:</w:t>
      </w:r>
    </w:p>
    <w:p>
      <w:pPr>
        <w:pStyle w:val="ListBullet"/>
        <w:spacing w:after="40"/>
      </w:pPr>
      <w:r>
        <w:rPr>
          <w:b/>
        </w:rPr>
        <w:t>ноутбук під керуванням університету</w:t>
      </w:r>
      <w:r>
        <w:rPr/>
        <w:t xml:space="preserve"> — відкриває лише іспит і дозволені ресурси;</w:t>
      </w:r>
    </w:p>
    <w:p>
      <w:pPr>
        <w:pStyle w:val="ListBullet"/>
        <w:spacing w:after="40"/>
      </w:pPr>
      <w:r>
        <w:rPr>
          <w:b/>
        </w:rPr>
        <w:t>камеру 1 перед студентом</w:t>
      </w:r>
      <w:r>
        <w:rPr/>
        <w:t xml:space="preserve"> — показує обличчя;</w:t>
      </w:r>
    </w:p>
    <w:p>
      <w:pPr>
        <w:pStyle w:val="ListBullet"/>
        <w:spacing w:after="40"/>
      </w:pPr>
      <w:r>
        <w:rPr>
          <w:b/>
        </w:rPr>
        <w:t>камеру 2 збоку й згори</w:t>
      </w:r>
      <w:r>
        <w:rPr/>
        <w:t xml:space="preserve"> — показує стіл, руки й простір поруч;</w:t>
      </w:r>
    </w:p>
    <w:p>
      <w:pPr>
        <w:pStyle w:val="ListBullet"/>
        <w:spacing w:after="40"/>
      </w:pPr>
      <w:r>
        <w:rPr>
          <w:b/>
        </w:rPr>
        <w:t>програму з комп’ютерним зором</w:t>
      </w:r>
      <w:r>
        <w:rPr/>
        <w:t xml:space="preserve"> — позначає моменти, які варто переглянути викладачу.</w:t>
      </w:r>
    </w:p>
    <w:p>
      <w:r>
        <w:rPr/>
        <w:t>Працівник локації допомагає з технікою, але не наглядає за кожним студентом.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263999" cy="3132000"/>
            <wp:docPr id="2" name="Picture 2" descr="Ліворуч — онлайн-іспит удома: камера ноутбука бачить лише обличчя, а телефон, нотатки й людина поруч залишаються поза кадром. Праворуч — станція YouExam: камера 1 спрямована на обличчя, камера 2 згори показує стіл і рук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1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/>
        <w:t>Рисунок 2: Камера ноутбука бачить лише обличчя. Дві зовнішні камери показують також стіл, руки й простір поруч.</w:t>
      </w:r>
    </w:p>
    <w:p>
      <w:pPr>
        <w:pStyle w:val="Heading1"/>
      </w:pPr>
      <w:r>
        <w:rPr/>
        <w:t>5. Як проходить іспит</w:t>
      </w:r>
    </w:p>
    <w:p>
      <w:pPr>
        <w:spacing w:after="40"/>
        <w:ind w:left="340" w:hanging="340"/>
      </w:pPr>
      <w:r>
        <w:t xml:space="preserve">1. </w:t>
      </w:r>
      <w:r>
        <w:rPr>
          <w:b/>
        </w:rPr>
        <w:t>Університет готує іспит:</w:t>
      </w:r>
      <w:r>
        <w:rPr/>
        <w:t xml:space="preserve"> завдання, час, дозволені матеріали.</w:t>
      </w:r>
    </w:p>
    <w:p>
      <w:pPr>
        <w:spacing w:after="40"/>
        <w:ind w:left="340" w:hanging="340"/>
      </w:pPr>
      <w:r>
        <w:t xml:space="preserve">2. </w:t>
      </w:r>
      <w:r>
        <w:rPr>
          <w:b/>
        </w:rPr>
        <w:t>Студент бронює</w:t>
      </w:r>
      <w:r>
        <w:rPr/>
        <w:t xml:space="preserve"> найближчу станцію та зручний час.</w:t>
      </w:r>
    </w:p>
    <w:p>
      <w:pPr>
        <w:spacing w:after="40"/>
        <w:ind w:left="340" w:hanging="340"/>
      </w:pPr>
      <w:r>
        <w:t xml:space="preserve">3. </w:t>
      </w:r>
      <w:r>
        <w:rPr>
          <w:b/>
        </w:rPr>
        <w:t>На станції</w:t>
      </w:r>
      <w:r>
        <w:rPr/>
        <w:t xml:space="preserve"> студент підтверджує особу й складає іспит. Камери записують робоче місце.</w:t>
      </w:r>
    </w:p>
    <w:p>
      <w:pPr>
        <w:spacing w:after="40"/>
        <w:ind w:left="340" w:hanging="340"/>
      </w:pPr>
      <w:r>
        <w:t xml:space="preserve">4. </w:t>
      </w:r>
      <w:r>
        <w:rPr>
          <w:b/>
        </w:rPr>
        <w:t>Комп’ютерний зір</w:t>
      </w:r>
      <w:r>
        <w:rPr/>
        <w:t xml:space="preserve"> позначає в записі моменти, що потребують уваги.</w:t>
      </w:r>
    </w:p>
    <w:p>
      <w:pPr>
        <w:spacing w:after="40"/>
        <w:ind w:left="340" w:hanging="340"/>
      </w:pPr>
      <w:r>
        <w:t xml:space="preserve">5. </w:t>
      </w:r>
      <w:r>
        <w:rPr>
          <w:b/>
        </w:rPr>
        <w:t>Викладач</w:t>
      </w:r>
      <w:r>
        <w:rPr/>
        <w:t xml:space="preserve"> оцінює відповіді й переглядає позначені фрагменти. Рішення про порушення приймає людина.</w:t>
      </w:r>
    </w:p>
    <w:p>
      <w:pPr>
        <w:pStyle w:val="Heading1"/>
      </w:pPr>
      <w:r>
        <w:rPr/>
        <w:t>6. Конкурентна перевага</w:t>
      </w:r>
    </w:p>
    <w:p>
      <w:r>
        <w:rPr/>
        <w:t>Наша головна перевага — комп’ютерний зір. Він аналізує відео з обох камер і показує людині лише моменти, що потребують уваги. Це дає дві речі:</w:t>
      </w:r>
    </w:p>
    <w:p>
      <w:pPr>
        <w:pStyle w:val="ListBullet"/>
        <w:spacing w:after="40"/>
      </w:pPr>
      <w:r>
        <w:rPr>
          <w:b/>
        </w:rPr>
        <w:t>Менше витрат на персонал.</w:t>
      </w:r>
      <w:r>
        <w:rPr/>
        <w:t xml:space="preserve"> Не потрібен наглядач на кожен іспит і перегляд повного запису.</w:t>
      </w:r>
    </w:p>
    <w:p>
      <w:pPr>
        <w:pStyle w:val="ListBullet"/>
        <w:spacing w:after="40"/>
      </w:pPr>
      <w:r>
        <w:rPr>
          <w:b/>
        </w:rPr>
        <w:t>Гнучкість послуги.</w:t>
      </w:r>
      <w:r>
        <w:rPr/>
        <w:t xml:space="preserve"> Станція працює, коли відкрита локація, а не лише коли є вільний наглядач. Нові локації можна додавати без пропорційного зростання персоналу.</w:t>
      </w:r>
    </w:p>
    <w:p>
      <w:r>
        <w:rPr/>
        <w:t>Звичайні камери й ноутбуки легко купити та замінити. Скільки роботи вдасться автоматизувати, покажуть випробування.</w:t>
      </w:r>
    </w:p>
    <w:p>
      <w:pPr>
        <w:pStyle w:val="Heading1"/>
      </w:pPr>
      <w:r>
        <w:rPr/>
        <w:t>7. Стан і наступні кроки</w:t>
      </w:r>
    </w:p>
    <w:p>
      <w:r>
        <w:rPr/>
        <w:t xml:space="preserve">Етап — </w:t>
      </w:r>
      <w:r>
        <w:rPr>
          <w:b/>
        </w:rPr>
        <w:t>TRL 3</w:t>
      </w:r>
      <w:r>
        <w:rPr/>
        <w:t>: розробляємо proof of concept. Перевіряємо, чи дві камери та комп’ютерний зір надійно помічають ключові події на робочому місці. Результатів випробувань ще немає.</w:t>
      </w:r>
    </w:p>
    <w:p>
      <w:r>
        <w:rPr/>
        <w:t>Далі плануємо:</w:t>
      </w:r>
    </w:p>
    <w:p>
      <w:pPr>
        <w:spacing w:after="40"/>
        <w:ind w:left="340" w:hanging="340"/>
      </w:pPr>
      <w:r>
        <w:t xml:space="preserve">1. </w:t>
      </w:r>
      <w:r>
        <w:rPr/>
        <w:t>Завершити proof of concept на тестовій станції.</w:t>
      </w:r>
    </w:p>
    <w:p>
      <w:pPr>
        <w:spacing w:after="40"/>
        <w:ind w:left="340" w:hanging="340"/>
      </w:pPr>
      <w:r>
        <w:t xml:space="preserve">2. </w:t>
      </w:r>
      <w:r>
        <w:rPr/>
        <w:t>Обговорити вимоги з викладачами, студентами й адміністраціями університетів.</w:t>
      </w:r>
    </w:p>
    <w:p>
      <w:pPr>
        <w:spacing w:after="40"/>
        <w:ind w:left="340" w:hanging="340"/>
      </w:pPr>
      <w:r>
        <w:t xml:space="preserve">3. </w:t>
      </w:r>
      <w:r>
        <w:rPr/>
        <w:t>Провести пробні іспити на першій локації.</w:t>
      </w:r>
    </w:p>
    <w:p>
      <w:pPr>
        <w:pStyle w:val="Heading1"/>
      </w:pPr>
      <w:r>
        <w:rPr/>
        <w:t>8. Кого шукаємо</w:t>
      </w:r>
    </w:p>
    <w:p>
      <w:r>
        <w:rPr/>
        <w:t>Університети й викладачів, готових обговорити вимоги та провести пробні іспити. Бібліотеки та інші приміщення, де можна розмістити станції.</w:t>
      </w:r>
    </w:p>
    <w:p>
      <w:pPr>
        <w:pStyle w:val="Heading1"/>
      </w:pPr>
      <w:r>
        <w:rPr/>
        <w:t>9. Запитання та відповіді</w:t>
      </w:r>
    </w:p>
    <w:p>
      <w:pPr>
        <w:keepNext/>
        <w:spacing w:after="20"/>
      </w:pPr>
      <w:r>
        <w:rPr>
          <w:b/>
        </w:rPr>
        <w:t>Чому недостатньо камери ноутбука?</w:t>
      </w:r>
    </w:p>
    <w:p>
      <w:r>
        <w:rPr/>
        <w:t>Вона бачить лише обличчя. На станції камера ноутбука теж працює, але зовнішні камери показують ще стіл, руки й простір поруч.</w:t>
      </w:r>
    </w:p>
    <w:p>
      <w:pPr>
        <w:keepNext/>
        <w:spacing w:after="20"/>
      </w:pPr>
      <w:r>
        <w:rPr>
          <w:b/>
        </w:rPr>
        <w:t>Чим це відрізняється від онлайн-прокторингу?</w:t>
      </w:r>
    </w:p>
    <w:p>
      <w:r>
        <w:rPr/>
        <w:t>Прокторинг спостерігає за студентом удома через його ж камеру. YouExam переносить іспит у підготовлене місце з однаковим обладнанням.</w:t>
      </w:r>
    </w:p>
    <w:p>
      <w:pPr>
        <w:keepNext/>
        <w:spacing w:after="20"/>
      </w:pPr>
      <w:r>
        <w:rPr>
          <w:b/>
        </w:rPr>
        <w:t>Чи гарантує це відсутність списування?</w:t>
      </w:r>
    </w:p>
    <w:p>
      <w:r>
        <w:rPr/>
        <w:t>Ні. Мета — суттєво ускладнити списування й дати викладачу матеріали для перевірки. Остаточне рішення завжди за людиною.</w:t>
      </w:r>
    </w:p>
    <w:p>
      <w:pPr>
        <w:keepNext/>
        <w:spacing w:after="20"/>
      </w:pPr>
      <w:r>
        <w:rPr>
          <w:b/>
        </w:rPr>
        <w:t>Що із записами та приватністю?</w:t>
      </w:r>
    </w:p>
    <w:p>
      <w:r>
        <w:rPr/>
        <w:t>Записи бачитимуть лише уповноважені люди, строк зберігання обмежений. Конкретні правила погодимо з університетом до випробувань.</w:t>
      </w:r>
    </w:p>
    <w:p>
      <w:pPr>
        <w:spacing w:before="120"/>
      </w:pPr>
    </w:p>
    <w:p>
      <w:r>
        <w:rPr/>
        <w:t xml:space="preserve">Віталій Тимофєєв · </w:t>
      </w:r>
      <w:r>
        <w:rPr>
          <w:color w:val="086C66"/>
        </w:rPr>
        <w:t>vitalii.tymofieiev@cs.khpi.edu.ua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/>
      <w:color w:val="203E46"/>
      <w:sz w:val="21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86C6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03E4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40" w:lineRule="auto" w:before="0" w:after="80"/>
    </w:pPr>
    <w:rPr>
      <w:rFonts w:ascii="Arial" w:hAnsi="Arial"/>
      <w:b w:val="0"/>
      <w:bCs/>
      <w:i w:val="0"/>
      <w:color w:val="53666D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YouExam — Іспит поруч, навіть якщо університет далеко</dc:title>
  <dc:subject>YouExam — мережа обладнаних місць для університетських іспитів поруч зі студентом: у бібліотеках, університетах і коворкінгах. Дві зовнішні камери та комп’ютерний зір дають контроль, близький до аудиторії, без наглядача біля кожного студента.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